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„To je zdroj prísľubu a potenciálneho rizika“: Čo sme počuli tento týždeň</w:t>
      </w:r>
    </w:p>
    <w:p>
      <w:r>
        <w:t>Zdroj: MedPage Today</w:t>
      </w:r>
    </w:p>
    <w:p>
      <w:r>
        <w:t>Publikované: Sun, 15 Mar 2026 16:00:00 -0400</w:t>
      </w:r>
    </w:p>
    <w:p/>
    <w:p>
      <w:pPr>
        <w:pStyle w:val="Heading1"/>
      </w:pPr>
      <w:r>
        <w:t>Súhrn</w:t>
      </w:r>
    </w:p>
    <w:p>
      <w:r>
        <w:t>Matthew Johnson, PhD, z Johns Hopkins University School of Medicine v Baltimore, uviedol: „Myseľ je uvedená do dočasného stavu so zvýšenou flexibilitou. To je zdroj prísľubu a potenciálneho rizika.“ Toto vyjadrenie sa týka plasticite mozgu. Citát pochádza z článku na MedPage Today s názvom „To je zdroj prísľubu a potenciálneho rizika“: Čo sme počuli tento týždeň. Článok sumarizuje kľúčové vyjadrenia z uplynulého týždňa v oblasti medicíny. Johnsonovo vyjadrenie zdôrazňuje dvojsečnú povahu mozgovej plasticity.</w:t>
      </w:r>
    </w:p>
    <w:p/>
    <w:p>
      <w:pPr>
        <w:jc w:val="center"/>
      </w:pPr>
      <w:r>
        <w:t>Vygenerované: 15.03.2026 22:00:33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