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Laboratórna chyba v Cambridge odhaľuje nový účinný spôsob úpravy molekúl liekov</w:t>
      </w:r>
    </w:p>
    <w:p>
      <w:r>
        <w:t>Zdroj: ScienceDaily Health</w:t>
      </w:r>
    </w:p>
    <w:p>
      <w:r>
        <w:t>Publikované: Sat, 14 Mar 2026 01:56:59 EDT</w:t>
      </w:r>
    </w:p>
    <w:p/>
    <w:p>
      <w:pPr>
        <w:pStyle w:val="Heading1"/>
      </w:pPr>
      <w:r>
        <w:t>Súhrn</w:t>
      </w:r>
    </w:p>
    <w:p>
      <w:r>
        <w:t>Vedci z Cambridge objavili chemickú reakciu poháňanú svetlom, ktorá umožňuje modifikovať zložité molekuly liečiv v posledných fázach vývoja. Tento nový prístup využíva LED lampu na vytvorenie základných väzieb uhlík-uhlík za miernych podmienok. Na rozdiel od tradičných metód sa nespolieha na toxické chemikálie ani drsné podmienky. Objav by mohol urýchliť objavovanie liekov a urobiť ho ekologickejším. Prielom vznikol nečakane počas neúspešného laboratórneho experimentu.</w:t>
      </w:r>
    </w:p>
    <w:p/>
    <w:p>
      <w:pPr>
        <w:jc w:val="center"/>
      </w:pPr>
      <w:r>
        <w:t>Vygenerované: 14.03.2026 07:45:30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