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Antidepresíva: perioperačné QTc a riziko sodíka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Korespondencia sa zaoberá bezpečnosťou antidepresív v perioperačnom období, konkrétne ich vplyvom na QT interval a hladinu sodíka v krvi.[1][2] Autori upozorňujú, že výsledky metaanalýzy od Tobyho Pillingera a jeho kolegov, ktoré vychádzajú z akútnych štúdií s nízkim rizikom, môžu byť zavádzajúce pre perioperačnú starostlivosť.[1] V perioperačnom prostredí sú riziká spojené s predĺžením QT intervalu a hyponatriémiou (nízka hladina sodíka) zosilnené.[1] Tricyklické a heterocyklické antidepresíva zvyšujú riziko kardiálnych komplikácií a môžu spôsobiť závažné arytmie typu Torsades de Pointes, najmä pri dlhšom QT intervale nad 500 msek.[1][2] Pri liečbe antidepresívami je odporúčané pravidelne monitorovať EKG u osôb starších ako 50 rokov a kontrolovať hladiny kaliémie a magnézia.[2] Liečba by mala začínať pomaly so postupným zvyšovaním dávok a bez prekročenia odporúčaných dávok.[2]</w:t>
      </w:r>
    </w:p>
    <w:p/>
    <w:p>
      <w:pPr>
        <w:jc w:val="center"/>
      </w:pPr>
      <w:r>
        <w:t>Vygenerované: 13.03.2026 02:05:02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