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[Korešpondencia] Presadzovanie rovnosti zdravia domorodých mužov v akcii rodovej spravodlivosti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Nemám prístup k úplnému textu článku s názvom "[Correspondence] Advancing Indigenous men's health equity in gender justice action", ktorý ste uviedli. Dostupné vyhľadávacie výsledky obsahujú len informácie o Lancetovej komisii o rode a globálnom zdraví z apríla 2025, ktorá sa zaoberá rodovou spravodlivosťou v globálnom zdravotníctve, ale neobsahujú konkrétny obsah korešpondencie o zdraví domorodých mužov. Aby som mohol vytvoriť presný a faktický súhrn podľa vašich požiadaviek, potrebujem prístup k úplnému textu tohto špecifického článku. Odporúčam skontrolovať, či je článok dostupný v PubMed, na webovej stránke časopisu The Lancet alebo v inej medicínskej databáze.</w:t>
      </w:r>
    </w:p>
    <w:p/>
    <w:p>
      <w:pPr>
        <w:jc w:val="center"/>
      </w:pPr>
      <w:r>
        <w:t>Vygenerované: 13.03.2026 02:03:43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