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[Perspektívy] Hamlet a bremeno úmrtia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Nový film Hamlet z roku 2025 režíruje Aneil Karia s Rizom Ahmedom v hlavnej úlohe. Dej je presunutý do súčasného Londýna do prostredia britsko-juhoázijskej rodiny a kapitalistického impéria nehnuteľností. Hamlet sa vracia z pohrebu otca, ktorého vraždil strýko Claudius, ktorý sa oženil s jeho matkou a prevzal rodinný biznis. Duch otca vyzýva Hamleta na pomstu, čo ho vedie k hnevu, zmätku a šialenstvu. Adaptácia zachováva pôvodný príbeh Shakespeara o zrade, pomste a šialenstve, no vynecháva postavu Horatia a prerozdeľuje jej rolu na Oféliu a Laerta. Film sa zameriava na témy smútku, korupcie, bezmocnosti a nespravodlivosti v modernom svete. Vyjde vo februári 2026.[1][2][3][4]</w:t>
      </w:r>
    </w:p>
    <w:p/>
    <w:p>
      <w:pPr>
        <w:jc w:val="center"/>
      </w:pPr>
      <w:r>
        <w:t>Vygenerované: 13.03.2026 02:02:24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