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Nízky testosterón môže zvýšiť riziko „extrémnej“ progresie rakoviny prostaty</w:t>
      </w:r>
    </w:p>
    <w:p>
      <w:r>
        <w:t>Zdroj: MedPage Today</w:t>
      </w:r>
    </w:p>
    <w:p>
      <w:r>
        <w:t>Publikované: Fri, 13 Mar 2026 15:30:59 -0400</w:t>
      </w:r>
    </w:p>
    <w:p/>
    <w:p>
      <w:pPr>
        <w:pStyle w:val="Heading1"/>
      </w:pPr>
      <w:r>
        <w:t>Súhrn</w:t>
      </w:r>
    </w:p>
    <w:p>
      <w:r>
        <w:t>Retrospektívna kohortová štúdia medzi viac ako 900 pacientmi s rakovinou prostaty pod aktívnym dohľadom navrhla, že nízke hladiny testosterónu (≤...) môžu zvýšiť riziko progresie vyššieho stupňa. Štúdia sa zamerala na pacientov s nízkorizikovou rakovinou prostaty. Nízky testosterón bol spojený s vyšším rizikom „extrémnej“ progresie ochorenia. Tieto zistenia pochádzajú z pozorovania v MedPage Today. Štúdia potvrdzuje súvis medzi nízkymi hladinami testosterónu a agresívnejším priebehom rakoviny prostaty. Pacienti s nízkym testosterónom mali vyššiu pravdepodobnosť postupu na vyšší stupeň nádoru. Aktívny dohľad je bežný prístup u nízkorizikových prípadov. Výsledky zdôrazňujú potrebu monitorovania hladín testosterónu u týchto pacientov.[1][2]</w:t>
      </w:r>
    </w:p>
    <w:p/>
    <w:p>
      <w:pPr>
        <w:jc w:val="center"/>
      </w:pPr>
      <w:r>
        <w:t>Vygenerované: 13.03.2026 22:00:41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