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Abu-Sitta: Nový regulátor sa pripája k odvolaciemu úsiliu proti lekárovi, ktorý bol zbavený podpory terorizmu</w:t>
      </w:r>
    </w:p>
    <w:p>
      <w:r>
        <w:t>Zdroj: BMJ</w:t>
      </w:r>
    </w:p>
    <w:p>
      <w:r>
        <w:t>Publikované: 2026-03-13T06:56:02-07:00</w:t>
      </w:r>
    </w:p>
    <w:p/>
    <w:p>
      <w:pPr>
        <w:pStyle w:val="Heading1"/>
      </w:pPr>
      <w:r>
        <w:t>Súhrn</w:t>
      </w:r>
    </w:p>
    <w:p>
      <w:r>
        <w:t>Britsko-palestínsky plastický chirurg Ghassan Abu-Sitta bol v januári zbavený obvinení z podpory terorizmu a zakázanej organizácie Hamas nezávislým tribunálom praktických lekárov. Tribunál rozhodol, že novinový článok v arabčine z roku 2018 a dve prepisy na Twitteri (teraz X) nepreukázali vinu. Všeobecná lekárska rada (GMC) podala odvolanie na Najvyššom súde proti tomuto oslobodzujúcemu rozhodnutiu. Úrad pre profesionálne štandardy pre zdravotnú a sociálnu starostlivosť (PSA) sa teraz pripojil k tomuto odvolaciemu úsiliu. PSA uviedol, že považuje pôvodné rozhodnutie za nedostatočné na ochranu verejnosti. Oba regulátory budú na Najvyššom súde tvrdiť, že Abu-Sitta nemal byť oslobodený.[5]</w:t>
      </w:r>
    </w:p>
    <w:p/>
    <w:p>
      <w:pPr>
        <w:jc w:val="center"/>
      </w:pPr>
      <w:r>
        <w:t>Vygenerované: 13.03.2026 16:00:33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