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Pacienti ohrození novými &amp;#x201c;radami a usmerneniami; odporúčací poriadok, upozorňujú vedúci všeobecných lekárov</w:t>
      </w:r>
    </w:p>
    <w:p>
      <w:r>
        <w:t>Zdroj: BMJ</w:t>
      </w:r>
    </w:p>
    <w:p>
      <w:r>
        <w:t>Publikované: 2026-03-13T06:01:32-07:00</w:t>
      </w:r>
    </w:p>
    <w:p/>
    <w:p>
      <w:pPr>
        <w:pStyle w:val="Heading1"/>
      </w:pPr>
      <w:r>
        <w:t>Súhrn</w:t>
      </w:r>
    </w:p>
    <w:p>
      <w:r>
        <w:t>Nové pravidlá v Anglicku vyžadujú od praktických lekárov, aby pred odporučením pacienta na vybrané špeciality žiadali radu od špecialistu na diaľku. Tieto zmeny v systéme poradenstva a usmernení (A&amp;G) NHS England môžu vystaviť pacientov riziku, varujú vedúci všeobecných lekárov. Starší praktickí lekári sa obávajú oddialenia starostlivosti a straty svojej autonómie. Žiadosti o radu sa predkladajú elektronicky a nemocničný klinický lekár na diaľku posúdi, či má byť pacient pridaný do zoznamu čakateľov. Časy odozvy sa dohodnú s poskytovateľmi a pohybujú sa zvyčajne od dvoch do piatich pracovných dní. Systém A&amp;G bol prvýkrát zavedený v roku 2015 s cieľom znížiť nepotrebné odporúčania pacientov na ambulantnú starostlivosť.</w:t>
      </w:r>
    </w:p>
    <w:p/>
    <w:p>
      <w:pPr>
        <w:jc w:val="center"/>
      </w:pPr>
      <w:r>
        <w:t>Vygenerované: 13.03.2026 15:00:53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