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Štúdia zistila, že dva typy polypov hrubého čreva môžu päťnásobne zvýšiť riziko rakoviny čriev</w:t>
      </w:r>
    </w:p>
    <w:p>
      <w:r>
        <w:t>Zdroj: ScienceDaily Health</w:t>
      </w:r>
    </w:p>
    <w:p>
      <w:r>
        <w:t>Publikované: Fri, 13 Mar 2026 06:14:14 EDT</w:t>
      </w:r>
    </w:p>
    <w:p/>
    <w:p>
      <w:pPr>
        <w:pStyle w:val="Heading1"/>
      </w:pPr>
      <w:r>
        <w:t>Súhrn</w:t>
      </w:r>
    </w:p>
    <w:p>
      <w:r>
        <w:t>Výskumníci analyzovali viac ako 8 400 kolonoskopií a zistili, že adenómy aj zúbkované polypy v hrubom čreve zvyšujú riziko vážnych prekanceróznych zmien až päťkrát. Tieto dva typy polypov môžu predstavovať samostatné dráhy rakoviny čriev, ktoré sa môžu vyskytnúť súčasne. Takmer polovica pacientov so zúbkovanými polypmi mala zároveň aj adenómy, čo robí túto vysokorizikovú kombináciu častejšou, než sa predpokladalo. Výsledky štúdie zdôrazňujú dôležitosť včasnej detekcie týchto polypov. Pravidelné kolonoskopické sledovanie je kľúčové pre zníženie rizika rakoviny čriev.</w:t>
      </w:r>
    </w:p>
    <w:p/>
    <w:p>
      <w:pPr>
        <w:jc w:val="center"/>
      </w:pPr>
      <w:r>
        <w:t>Vygenerované: 13.03.2026 12:01:07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