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Biely dom hovorí, že je to s vakcínami „hotové“. MAHA prosí o rozdiel</w:t>
      </w:r>
    </w:p>
    <w:p>
      <w:r>
        <w:t>Zdroj: STAT News</w:t>
      </w:r>
    </w:p>
    <w:p>
      <w:r>
        <w:t>Publikované: Fri, 13 Mar 2026 08:30:00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"STAT+: White House says it's 'done' with vaccines. MAHA begs to differ". Dostupné výsledky obsahujú informácie o MAHA (Make America Healthy Again) iniciatíve ministra zdravotníctva Roberta F. Kennedyho Jr. a jeho zdravotníckych politikách, ale nie konkrétny článok, ktorý ste požiadali zsumarizovať. Aby som mohol vytvoriť presný a faktický súhrn, potreboval by som mať prístup k úplnému textu tohto konkrétneho článku.</w:t>
      </w:r>
    </w:p>
    <w:p/>
    <w:p>
      <w:pPr>
        <w:jc w:val="center"/>
      </w:pPr>
      <w:r>
        <w:t>Vygenerované: 13.03.2026 10:00:46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