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Trump získava väčší kredit ako Biden za snahy o zníženie cien liekov</w:t>
      </w:r>
    </w:p>
    <w:p>
      <w:r>
        <w:t>Zdroj: STAT News</w:t>
      </w:r>
    </w:p>
    <w:p>
      <w:r>
        <w:t>Publikované: Fri, 13 Mar 2026 09:00:00 +0000</w:t>
      </w:r>
    </w:p>
    <w:p/>
    <w:p>
      <w:pPr>
        <w:pStyle w:val="Heading1"/>
      </w:pPr>
      <w:r>
        <w:t>Súhrn</w:t>
      </w:r>
    </w:p>
    <w:p>
      <w:r>
        <w:t>Trumpova administratíva získala väčší kredit za znižovanie cien liekov ako Bidenova administratíva, hoci využíva program Inflation Reduction Act vytvorený za Bidena.[1] Trumpova administratíva vyrokovala zníženie cien pre 15 liekov vrátane populárnych GLP-1 liekov ako Wegovy a Ozempic, čo by malo ušetriť Medicare približne 12 miliárd dolárov na čistých nákladoch na lieky.[1][5] Ceny Ozempicu a Wegovy klesli z 1 000 a 1 350 dolárov mesačne na 350 dolárov pri nákupe cez TrumpRx, vládu prevádzkovaný web spustený v októbri 2025.[3][5] Trumpova administratíva dosahuje tieto ceny prostredníctvom hrozieb a tajných dohôd s farmaceutickými spoločnosťami, ktoré sú menej predvídateľné ako Bidenov prístup.[1] Bidenova administratíva vyrokovala zníženie cien o odhadovaných 22 percent pre 10 liekov, zatiaľ čo Trumpova administratíva dosahuje odhadované zníženie o 36 percent pre 15 liekov.[1] Nie je jasné, prečo sú zľavy zabezpečené cez Inflation Reduction Act väčšie pod Trumpom ako pod Bidenom.[1]</w:t>
      </w:r>
    </w:p>
    <w:p/>
    <w:p>
      <w:pPr>
        <w:jc w:val="center"/>
      </w:pPr>
      <w:r>
        <w:t>Vygenerované: 13.03.2026 10:00:36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