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Pokroky v prenatálnej ultrazvukovej diagnostike anomálií fetálneho bubienka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Bubonový krúžok je dôležitou súčasťou stredného ucha a jeho vývojové abnormality môžu spôsobiť stratu sluchu. Prenatálna diagnostika štrukturálnych abnormalít hlbokého stredného ucha, ako je atrézia vonkajšieho zvukovodu, bola doteraz náročná a spoliehala sa na nepriame hodnotenie morfológie ušnice. Nedávne pokroky v ultrazvukovej technológii umožnili prenatálnu detekciu abnormalít bubonového krúžku a poskytli nové zobrazovacie markery na skoršie hodnotenie vývoja vonkajšieho a stredného ucha. Štúdia hodnotí normálne a abnormálne ultrasonografické prejavy bubonového krúžku, dôležité gény kontrolujúce jeho vývoj a súvisiace syndrómy. Ultrasonografia bubonového krúžku je cennou dodatočnou skríningovou technikou na abnormality vonkajšieho a stredného ucha plodu, najmä v kombinácii s hodnotením mikrotií, čo zlepšuje predpoveď rizika atrézie vonkajšieho zvukovodu. Je potrebný ďalší výskum na štandardizáciu prenatálnej ultrazvukovej diagnostiky, stanovenie kritérií merania a integráciu multimodálneho zobrazovania do klinickej praxe. Článok slúži ako komplexná referencia pre prenatálnu diagnostiku a genetické poradenstvo.</w:t>
      </w:r>
    </w:p>
    <w:p/>
    <w:p>
      <w:pPr>
        <w:jc w:val="center"/>
      </w:pPr>
      <w:r>
        <w:t>Vygenerované: 13.03.2026 07:46:15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