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Skúmanie spojenia mechanickej sily s úmrtnosťou a fenotypmi u pacientov so syndrómom akútnej respiračnej tiesne: retrospektívna analýza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analyzovala súvislosť medzi mechanickým výkonom (MP) z ventilátora a úmrtnosťou u 1 333 pacientov so syndrómom akútnej respiračnej tiesne (ARDS) z databázy MIMIC-IV. MP pod 18,7 J/min bola spojená s významne nižšou 28-dňovou úmrtnosťou. Najsilnejšiu súvislosť s úmrtnosťou mala elasticko-dynamická zložka MP, slabšiu elasticko-statická a žiadnu odporová zložka; najsilnejším prediktorom bola dýchacia frekvencia. Pomocou zhlukovania boli identifikované tri fenotypy ARDS: Fenotyp I s dominantným mechanickým stresom, zlou mechanikou dýchania a najvyššou úmrtnosťou; Fenotyp II so zachovaným okysličením, miernym zápalom, menšou dysfunkciou orgánov a najnižšou úmrtnosťou; Fenotyp III so systémovým hyperzápalom, metabolickou dysreguláciou, laboratórnymi abnormalitami a silnou súvislosťou s vysokou MP a zvýšenou úmrtnosťou. Vysoká MP bola nezávisle spojená so zvýšenou mortalitou a prah 18,7 J/min mal prognostickú relevanciu pre riziko úmrtnosti. Súvislosť medzi MP a výsledkami sa líšila medzi fenotypmi, čo zdôrazňuje hodnotu fenotypovo informovaných ventilačných stratégií.</w:t>
      </w:r>
    </w:p>
    <w:p/>
    <w:p>
      <w:pPr>
        <w:jc w:val="center"/>
      </w:pPr>
      <w:r>
        <w:t>Vygenerované: 13.03.2026 07:46:05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