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Neúplné obštrukčné choroby ženského pohlavného traktu: klasifikačná analýza 72 prípadov a prehľad literatúry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analyzovala 72 pacientiek, ktoré dosiahli menarché, no mali abnormálny menštruačný krvácavý výtok a abnormality vývoja genitálneho traktu, liečené na gynekologickom oddelení nemocnice vo Fuyang od 24. mája do 19. augusta. Retrospektívne sa skúmali deformácie, klinické príznaky, liečba a výsledky spolu s prehľadom literatúry. Identifikovaných bolo 24 typov vývojových abnormalít ženských pohlavných orgánov s obštrukčnými prejavmi. Tieto stavy sa súhrnne nazývajú neúplné obštrukčné choroby ženského pohlavného traktu. Podľa miesta obštrukcie ich autori rozdelili do štyroch typov: neúplná obštrukcia vaginálneho otvoru, neúplná vaginálna obštrukcia, neúplná obštrukcia krčka maternice a neúplná obštrukcia dutiny maternice.</w:t>
      </w:r>
    </w:p>
    <w:p/>
    <w:p>
      <w:pPr>
        <w:jc w:val="center"/>
      </w:pPr>
      <w:r>
        <w:t>Vygenerované: 13.03.2026 07:45:54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