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Patologická myopia ako súbežný stav v sekvencii Pierra Robina: kazuistika a prehľad literatúry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Sekvencia Pierra Robina (PRS) je zriedkavá vrodená porucha, ktorá môže byť spojená s patologickou krátkozrakosťou a ďalšími očnými abnormalitami.[3] Článok opisuje prípad 4-ročného chlapca so syndrómom PRS, u ktorého boli pri genetických testoch identifikované patogénne varianty.[3] Pacient mal vysokú krátkozrakosť oboch očí s najlepšou korigovanou zrakovou ostrosťou 0,12 v pravom oku a 0,1 v ľavom oku, pričom axiálna dĺžka očí bola 31,38 mm v pravom oku a 32,13 mm v ľavom oku.[3] Očné vyšetrenia odhalili bilaterálne mediálne entropium horného viečka s trichiázou a mozaikový vzhľad fundusa s makulárnou atrofiou.[3] Chlapec podstúpil bilaterálne zadné sklérové spevnenie a korekciu entropia horného viečka, ako aj rehabilitačné zásahy pri slabom videní.[3] Po 35-mesačnom pooperačnom sledovaní sa zraková ostrosť zlepšila na 0,3 v pravom oku a 0,12 v ľavom oku, pričom sa spomalil rast axiálnej dĺžky očí a stav očného pozadia zostal stabilný.[3] Prípad demonštruje, že multidisciplinárny manažment vrátane chirurgických zákrokov a dlhodobého sledovania je rozhodujúci aj v prípadoch, keď nie sú identifikované patogénne genetické varianty.[3]</w:t>
      </w:r>
    </w:p>
    <w:p/>
    <w:p>
      <w:pPr>
        <w:jc w:val="center"/>
      </w:pPr>
      <w:r>
        <w:t>Vygenerované: 13.03.2026 07:02:38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