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elektroakupunktúry kombinovanej s mikroihlovým nožom pri alergickej rinitíde: protokol štúdie pre randomizovanú kontrolovanú štúdiu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Tento článok je protokolom randomizovanej kontrolovanej štúdie na posúdenie účinnosti a bezpečnosti elektroakupunktúry (EA) kombinovanej s mikroihlovým nožom pri stredne ťažkej až ťažkej alergickej rinitíde (AR). AR je porucha precitlivenosti, ktorá výrazne zhoršuje kvalitu života, ovplyvňuje každodenný život, štúdium, spánok a náladu pacientov. Konvenčná liečba AR je suboptimálna, preto štúdia hľadá jednoduchšie, pohodlnejšie a nákladovo efektívnejšie alternatívy. Štúdia zahŕňa 90 pacientov náhodne rozdelených v pomere 1:1 do skupiny EA s mikroihlovým nožom a skupiny liekov, s 4-týždňovým obdobím liečby a 3-mesačným sledovaním. Hodnotenia prebehnú v týždňoch 0, 2, 4, 8 a 16. Primárnym výsledkom je celkové skóre nosných symptómov (TNSS), sekundárne zahŕňajú skóre non-nazálnych symptómov (TNNSS), dotazník kvality života pri rinitíde (RQLQ), sérové hladiny eotaxínu, ICAM-1 a eozinofilného katiónového proteínu (ECP). Štúdia vyhodnotí všetky nežiaduce udalosti a je zaregistrovaná pod NCT06890260.</w:t>
      </w:r>
    </w:p>
    <w:p/>
    <w:p>
      <w:pPr>
        <w:jc w:val="center"/>
      </w:pPr>
      <w:r>
        <w:t>Vygenerované: 13.03.2026 07:01:55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