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Cvičenie na zmarenie sľubu „Chemo Brain“ v randomizovanej skúške</w:t>
      </w:r>
    </w:p>
    <w:p>
      <w:r>
        <w:t>Zdroj: MedPage Today</w:t>
      </w:r>
    </w:p>
    <w:p>
      <w:r>
        <w:t>Publikované: Thu, 12 Mar 2026 15:54:34 -0400</w:t>
      </w:r>
    </w:p>
    <w:p/>
    <w:p>
      <w:pPr>
        <w:pStyle w:val="Heading1"/>
      </w:pPr>
      <w:r>
        <w:t>Súhrn</w:t>
      </w:r>
    </w:p>
    <w:p>
      <w:r>
        <w:t>Pacienti s rakovinou, ktorí počas chemoterapie dodržiavali štruktúrovaný cvičebný program, mali výrazne menej kognitívnych porúch súvisiacich s rakovinou v porovnaní s pacientmi, ktorí dostávali obvyklú starostlivosť. Randomizovaná štúdia preukázala tento rozdiel. Program trval 6 týždňov a bol šitý na mieru pre pacientov. Kognitívne poruchy, známe ako „chemo brain“, sa tak výrazne zmiernili u cvičiacej skupiny. Štúdia bola publikovaná na MedPage Today. Hlavným zistením je pozitívny vplyv cvičenia na kognitívne funkcie počas chemoterapie.</w:t>
      </w:r>
    </w:p>
    <w:p/>
    <w:p>
      <w:pPr>
        <w:jc w:val="center"/>
      </w:pPr>
      <w:r>
        <w:t>Vygenerované: 12.03.2026 22:01:00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