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 vedeckých časopisoch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Článok sa publikoval v časopise Science, zväzok 391, číslo 6790, strany 1115-1117, v marci 2026.[6] Autormi sú Daniel N. Anstett, Julia Anstett a ďalší.[6] Štúdia skúma, ako rýchla evolúcia predpovedá demografické zotavenie populácie po extrémnej suchu.[6] Hlavné zistenie je, že rýchla evolúcia umožňuje demografické zotavenie po extrémnej suchu.[6] Výskum bol publikovaný 12. marca 2026.[6]</w:t>
      </w:r>
    </w:p>
    <w:p/>
    <w:p>
      <w:pPr>
        <w:jc w:val="center"/>
      </w:pPr>
      <w:r>
        <w:t>Vygenerované: 12.03.2026 20:08:35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