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budeme vedieť, či je AI dostatočne inteligentná na to, aby robila vedu?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"How will we know if AI is smart enough to do science?" zo Science, zväzok 391, číslo 6790, marec 2026. Dostupné výsledky obsahujú súvisiace informácie o úlohe AI vo vede, vrátane diskusie o tom, že AI môže asistovať pri vedeckých úlohách, ale zatiaľ nie je schopná plne automatizovať vedu[2]. Avšak bez prístupu k špecifickému článku, ktorý ste uviedli, nemôžem poskytnúť faktický súhrn jeho obsahu v súlade s vašimi požiadavkami na overené informácie. Ak máte k dispozícii text tohto článku, rád by som ho spracoval podľa vašich špecifikácií.</w:t>
      </w:r>
    </w:p>
    <w:p/>
    <w:p>
      <w:pPr>
        <w:jc w:val="center"/>
      </w:pPr>
      <w:r>
        <w:t>Vygenerované: 12.03.2026 20:06:25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