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Poznámka redaktora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Poznámka redaktora je publikovaná v časopise Science, zväzok 391, číslo 6790, strana 1109.[1] Ide o krátky text na strane 1109 z marca 2026.[1] Autormi sú H. Holden Thorp a Valda Vinson.[5] Text sa zaoberá používaním ChatGPT v vede.[5] Uvádza, že zaobchádzanie s použitiami ChatGPT, ktoré sú dnes povolené, ale neskôr neakceptovateľné, by podkopalo vedeckú produktivitu.[5] Článok je citovaný ako Science 379, 991-991 (2023), DOI: 10.1126/science.adh3689.[5] eLetters slúžia ako fórum pre pokračujúcu peer review.[5]</w:t>
      </w:r>
    </w:p>
    <w:p/>
    <w:p>
      <w:pPr>
        <w:jc w:val="center"/>
      </w:pPr>
      <w:r>
        <w:t>Vygenerované: 12.03.2026 20:05:45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