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Časopisy môžu pomôcť chrániť dobré životné podmienky zvierat – odpoveď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Článok s názvom „Časopisy môžu pomôcť chrániť dobré životné podmienky zvierat – odpoveď“ bol uverejnený v časopise Science, zväzok 391, číslo 6790, strany 1108-1109, v marci 2026. Ide o odpoveď na predchádzajúci príspevok týkajúci sa ochrany dobrých životných podmienok zvierat. Časopisy majú podľa článku dôležitú úlohu pri podpore dobrého zaobchádzania so zvieratami prostredníctvom recenzného procesu a publikovania relevantných štúdií. Zdôrazňuje sa potreba prísnejších štandardov pri hodnotení výskumu s účasťou zvierat. Autori navrhujú, aby redakcie vyžadovali dôkazy o minimalizácii utrpenia zvierat v publikovaných prácach. Článok poukazuje na štatistiky z predchádzajúcich správ o vysokom počte zvierat používaných vo výskume bez adekvátnej ochrany. Hlavným zistením je, že vedecké časopisy môžu významne prispieť k zlepšeniu celosvetových štandardov vo welfare zvierat. Odporúča sa spolupráca medzi vydavateľmi a organizáciami na ochranu zvierat.</w:t>
      </w:r>
    </w:p>
    <w:p/>
    <w:p>
      <w:pPr>
        <w:jc w:val="center"/>
      </w:pPr>
      <w:r>
        <w:t>Vygenerované: 12.03.2026 20:05:36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