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Môj nový učeň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Článok s názvom „My new apprentice“ („Môj nový učeň“) bol uverejnený v časopise Science, zväzok 391, číslo 6790, na strane 1178 v marci 2026. Ide o krátky text, ktorý obsahuje iba slovenský preklad názvu. Neuvádza žiadne štatistiky, hlavné zistenia štúdie ani ďalšie fakty. Obsah sa obmedzuje výlučne na uvedený názov a jeho preklad. Žiadne ďalšie informácie nie sú v článku dostupné.</w:t>
      </w:r>
    </w:p>
    <w:p/>
    <w:p>
      <w:pPr>
        <w:jc w:val="center"/>
      </w:pPr>
      <w:r>
        <w:t>Vygenerované: 12.03.2026 20:04:20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