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Autofagolyzozomálna exocytóza invertuje Src kinázu na bunkový povrch pri rakovine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Autofagolyzozomálna exocytóza je hlavnou cestou, prostredníctvom ktorej sa Src rodinné kinázy dostávajú na povrch buniek pri rakovine prsníka.[1] Štúdia ukazuje, že Src kináza sa v rakovinových bunkách nekánonicky invertuje na bunkový povrch in vitro aj in vivo.[4] Tento proces zahŕňa autofagolyzozómy, kde sa Src spája s LC3 markerom autofagosómov, ako potvrdzujú mikroskopické snímky buniek HCC1569.[4] Experimenty zahŕňajú inhibítory ako ATG7-IN-2 na blokovanie autofagosomálnej tvorby a siRNA cielené na SRC gén, analyzované fluorescenčnými imunoblotmi s tubulínom ako kontrolou.[4] Výsledky demonštrujú úlohu autofagolyzozomálnej exocytózy pri premiestňovaní Src kinázy na povrch v rakovinových bunkách.[1][4]</w:t>
      </w:r>
    </w:p>
    <w:p/>
    <w:p>
      <w:pPr>
        <w:jc w:val="center"/>
      </w:pPr>
      <w:r>
        <w:t>Vygenerované: 12.03.2026 20:02:26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