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Mozgy tuleňov a tuleňov sa vyvinuli tak, aby podporovali vôľovú kontrolu hlasového správania a učenia</w:t>
      </w:r>
    </w:p>
    <w:p>
      <w:r>
        <w:t>Zdroj: Science Magazine</w:t>
      </w:r>
    </w:p>
    <w:p>
      <w:r>
        <w:t>Publikované: 2026-03-12T06:00:03Z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"Seal and sea lion brains have evolved to support volitional control of vocal behavior and learning" z časopisu Science, zväzok 391, číslo 6790 z marca 2026. Výsledky vyhľadávania obsahujú informácie o podobnej téme – štúdiách o schopnosti tuleňov udržiavať rytmus a ich vokálnych schopnostiach – ale nie konkrétny článok, ktorý ste uviedli. Aby som mohol vytvoriť presný a faktický súhrn, potrebujem mať prístup k úplnému textu tohto konkrétneho článku.</w:t>
      </w:r>
    </w:p>
    <w:p/>
    <w:p>
      <w:pPr>
        <w:jc w:val="center"/>
      </w:pPr>
      <w:r>
        <w:t>Vygenerované: 12.03.2026 20:01:57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