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Silné a krehké lítne dendrity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Nemôžem vytvoriť súhrn tohto článku, pretože v poskytnutých výsledkoch vyhľadávania sa nenachádza článok s názvom "Strong and brittle lithium dendrites" zo Science, zväzku 391, čísla 6790 z marca 2026. Výsledky vyhľadávania obsahujú informácie o dendritoch v lítnych batériách z iných zdrojov (Brown University, Stanford, MIT a ďalších), ale nie konkrétny článok, ktorý ste požiadali zhrnúť. Aby som mohol vytvoriť presný a faktický súhrn, potreboval by som mať dostupný samotný článok alebo jeho obsah v poskytnutých výsledkoch.</w:t>
      </w:r>
    </w:p>
    <w:p/>
    <w:p>
      <w:pPr>
        <w:jc w:val="center"/>
      </w:pPr>
      <w:r>
        <w:t>Vygenerované: 12.03.2026 20:01:37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