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Blížiaci sa kolaps Veľkého soľného jazera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Veľké soľné jazero v Utahu, najväčšie slané jazero na západnej pologuli, sa v posledných desaťročiach výrazne zmenšilo kvôli klimatickým zmenám a nadmernému využívaniu vodných zdrojov na zavlažovanie a priemysel[2]. Jazero stratilo približne 60 % svojej plochy a 73 % svojho objemu vody[2][3]. Vysychajúce dno jazera uvoľňuje nebezpečné látky – v roku 2020 sa z vyschnutého dna uvoľnilo 4,1 milióna ton oxidu uhličitého a ďalších skleníkových plynov, čo predstavovalo približne sedempercentný nárast emisií v Utahu spôsobených ľudskou činnosťou[1][2]. Znížená hladina jazera predstavuje viacero nebezpečenstiev vrátane toxického prachu, straty biotopu pre vtáky a dopadu na rôzne priemyselné odvetvia[1]. Hladina vody sa v súčasnosti pohybuje pod úrovňou, ktorú štátne úrady považujú za zdravú, a napriek dvom priaznivým zimám s väčšími zrážkami zostávajú rozsiahle časti jazerného dna vyschnuté[1].</w:t>
      </w:r>
    </w:p>
    <w:p/>
    <w:p>
      <w:pPr>
        <w:jc w:val="center"/>
      </w:pPr>
      <w:r>
        <w:t>Vygenerované: 12.03.2026 20:01:05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