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Dr. Oz pomáha žene, ktorá skolabovala počas Trump Rally</w:t>
      </w:r>
    </w:p>
    <w:p>
      <w:r>
        <w:t>Zdroj: MedPage Today</w:t>
      </w:r>
    </w:p>
    <w:p>
      <w:r>
        <w:t>Publikované: Thu, 12 Mar 2026 14:00:52 -0400</w:t>
      </w:r>
    </w:p>
    <w:p/>
    <w:p>
      <w:pPr>
        <w:pStyle w:val="Heading1"/>
      </w:pPr>
      <w:r>
        <w:t>Súhrn</w:t>
      </w:r>
    </w:p>
    <w:p>
      <w:r>
        <w:t>Počas prejavu prezidenta Donalda Trumpa na zhromaždení v Hebron v Kentucky skolabovala staršia žena na tribúnach za pódium.[1][3] Trump prerušil prejav približne v polovici a požiadal prítomných: „Máme tu lekára?“[1][3] Prví záchranári vrátane administrátora Centier pre Medicare a Medicaid Services Mehmeta Oza, MD, sa ponáhľali na pomoc.[1][2] Trump sledoval situáciu, chválil prítomných za trpezlivosť a navrhol zahrať pieseň „Ave Maria“, ktorá sa však neozvala.[1][4] Po niekoľkých minútach, keď ženu odvádzali, Trump ženu pochválil slovami „Vyzera skvele“ a Oza označil za „dobrého lekára“.[1][3] Prejav pokračoval po približne siedmich minútach návratom k kritike guvernéra Kalifornie Gavina Newsoma.[1] Tento incident nie je prvý – Oz predtým pomáhal dievčaťu a mužovi, ktorí skolabovali v Oválnej pracovni.[1]</w:t>
      </w:r>
    </w:p>
    <w:p/>
    <w:p>
      <w:pPr>
        <w:jc w:val="center"/>
      </w:pPr>
      <w:r>
        <w:t>Vygenerované: 12.03.2026 20:00:53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