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schvaľuje leukovorín, ale nie pre autizmus, napriek Trumpovmu humbuku</w:t>
      </w:r>
    </w:p>
    <w:p>
      <w:r>
        <w:t>Zdroj: BMJ</w:t>
      </w:r>
    </w:p>
    <w:p>
      <w:r>
        <w:t>Publikované: 2026-03-12T08:46:09-07:00</w:t>
      </w:r>
    </w:p>
    <w:p/>
    <w:p>
      <w:pPr>
        <w:pStyle w:val="Heading1"/>
      </w:pPr>
      <w:r>
        <w:t>Súhrn</w:t>
      </w:r>
    </w:p>
    <w:p>
      <w:r>
        <w:t>Americký Úrad pre kontrolu potravín a liečiv (FDA) schválil rozšírené používanie lieku leukovorín (Wellcovorin) na liečbu deficitu transportu mozgového folátu súvisiacim s variantom génu FOLR1 u dospelých a pediatrických pacientov.[1] Tento vzácny genetický stav postihuje transport folátu (vitamínu B) do mozgu a spôsobuje závažné neurologické komplikácie vrátane vývojových oneskorení, porúch pohybu, záchvatov a ďalších neurológických problémov.[1] Schválenie bolo založené na systematickom prehľade publikovanej literatúry a správ o prípadoch zahŕňajúcich 27 pacientov, z ktorých 24 vykazovalo zlepšenie symptómov vrátane zníženia záchvatov a zlepšenia motorických funkcií.[3] FDA sa však stiahla z predchádzajúcich vyhlásení, že by leukovorín mohol pomôcť „stovkám tisíc" detí s autizmom, a uviedla, že na túto indikáciu neexistujú dostatočné dôkazy.[4] Leukovorín je prvou schválenou liečbou pre tento vzácny genetický stav, ktorý postihuje približne jedného z milióna Američanov.[4]</w:t>
      </w:r>
    </w:p>
    <w:p/>
    <w:p>
      <w:pPr>
        <w:jc w:val="center"/>
      </w:pPr>
      <w:r>
        <w:t>Vygenerované: 12.03.2026 18:01:06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