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Policajt s „úzkostným záchvatom“ poslal záchranku pre umierajúceho muža, ktorého zastrelila polícia</w:t>
      </w:r>
    </w:p>
    <w:p>
      <w:r>
        <w:t>Zdroj: MedPage Today</w:t>
      </w:r>
    </w:p>
    <w:p>
      <w:r>
        <w:t>Publikované: Thu, 12 Mar 2026 10:08:51 -0400</w:t>
      </w:r>
    </w:p>
    <w:p/>
    <w:p>
      <w:pPr>
        <w:pStyle w:val="Heading1"/>
      </w:pPr>
      <w:r>
        <w:t>Súhrn</w:t>
      </w:r>
    </w:p>
    <w:p>
      <w:r>
        <w:t>Policajt s „miernym záchvatom úzkosti“ vzal prvú prichádzajúcu sanitku, ktorá bola vyslaná pre muža zastreleného políciou. Muž, ktorý neskôr zomrel, tak musel čakať ďalších 10 minút na ďalšiu záchrannú službu. Podľa novo zverejneného štátneho vyšetrovania došlo k oneskoreniu poskytnutia pomoci. Článok uvádza tento incident ako príklad zlyhania v prioritizácii záchrany životov.</w:t>
      </w:r>
    </w:p>
    <w:p/>
    <w:p>
      <w:pPr>
        <w:jc w:val="center"/>
      </w:pPr>
      <w:r>
        <w:t>Vygenerované: 12.03.2026 17:00:43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