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Sestra klopala do bezvedomia; Obvinenie doktora zo skrytej kamery; Doktor dostane 7 rokov</w:t>
      </w:r>
    </w:p>
    <w:p>
      <w:r>
        <w:t>Zdroj: MedPage Today</w:t>
      </w:r>
    </w:p>
    <w:p>
      <w:r>
        <w:t>Publikované: Thu, 12 Mar 2026 10:28:58 -0400</w:t>
      </w:r>
    </w:p>
    <w:p/>
    <w:p>
      <w:pPr>
        <w:pStyle w:val="Heading1"/>
      </w:pPr>
      <w:r>
        <w:t>Súhrn</w:t>
      </w:r>
    </w:p>
    <w:p>
      <w:r>
        <w:t>Zdravotná sestra v Kentucky bola počas útoku v zdravotníckom zariadení zbitá do bezvedomia.[1] Podiater Douglas Hansen z Houstonu bol zatknutý po objavení skrytej kamery v kúpeľni svojej ordinácie v Memorial Hermann Memorial City Medical Plaza.[1] Zamestnankyňa našla kameru pod umývadlom, namierenú na záchod, a natočila ju mobilom.[1] Vyvolala bezpečnosť a zavolala 911, po čom policajti preverili záznam na zariadení.[1] Hansen bol obvinený z pokusu o neoprávnené vizuálne nahrávanie a zatknutý v ten istý deň 20. februára.[1] Na súde 27. februára mu stanovili kauciu 100 dolárov, ktorú zaplatil, a má sa vrátiť 9. apríla.[1] Vyšetrovatelia analyzujú záznamy z kamery, aby zistili, čo bolo nahrané a ako dlho tam bola.[1] Obhajca Hansena tvrdí, že neexistuje dôkaz o nevhodných záznamoch ani o poškodení pacientov.[1]</w:t>
      </w:r>
    </w:p>
    <w:p/>
    <w:p>
      <w:pPr>
        <w:jc w:val="center"/>
      </w:pPr>
      <w:r>
        <w:t>Vygenerované: 12.03.2026 17:00:34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