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Varovanie informátora NIH</w:t>
      </w:r>
    </w:p>
    <w:p>
      <w:r>
        <w:t>Zdroj: STAT News</w:t>
      </w:r>
    </w:p>
    <w:p>
      <w:r>
        <w:t>Publikované: Thu, 12 Mar 2026 12:28:28 +0000</w:t>
      </w:r>
    </w:p>
    <w:p/>
    <w:p>
      <w:pPr>
        <w:pStyle w:val="Heading1"/>
      </w:pPr>
      <w:r>
        <w:t>Súhrn</w:t>
      </w:r>
    </w:p>
    <w:p>
      <w:r>
        <w:t>Americká FDA vydala varovné listy 30 telehealth spoločnostiam za zavádzajúce tvrdenia o kompaundovaných GLP-1 produktoch na ich webových stránkach.[1][2] Tieto firmy naznačovali, že ich produkty sú rovnaké ako schválené lieky FDA a skrývali zdroj liekov tým, že ich predávali pod vlastnou značkou bez vysvetlenia.[1][4] Ide o druhú vlnu takýchto listov od septembra, kedy FDA začala prísne kontrolovať zavádzajúcu reklamu priamo spotrebiteľom.[1][2] Za posledných šesť mesiacov poslala agentúra tisíce varovných listov farmaceutickým a telehealth firmám, čo je viac ako za celé predchádzajúce desaťročie.[1][2] Kompaundované lieky nie sú schválené FDA, preto ich bezpečnosť, účinnosť a kvalita nie sú pred uvedením na trh preverované.[1] FDA komisár Marty Makary uviedol, že kompaundované lieky môžu pomáhať pri nedostatkoch alebo špecifických potrebách pacientov, no nesmú obchádzať schvaľovací proces.[1][2] Telehealth spoločnosti nepredpisujú lieky priamo, ale spolupracujú s afiliovanými lekárskymi skupinami.[3] Nedávno spoločnosť Hims &amp; Hers stiahla svoj kompaundovaný semaglutidový produkt po varovaní FDA a žalobe od Novo Nordisk.[2]</w:t>
      </w:r>
    </w:p>
    <w:p/>
    <w:p>
      <w:pPr>
        <w:jc w:val="center"/>
      </w:pPr>
      <w:r>
        <w:t>Vygenerované: 12.03.2026 14:00:37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