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FDA sa zameriava na telehealth marketing liekov GLP-1. Kto ich predpisuje?</w:t>
      </w:r>
    </w:p>
    <w:p>
      <w:r>
        <w:t>Zdroj: STAT News</w:t>
      </w:r>
    </w:p>
    <w:p>
      <w:r>
        <w:t>Publikované: Thu, 12 Mar 2026 08:30:00 +0000</w:t>
      </w:r>
    </w:p>
    <w:p/>
    <w:p>
      <w:pPr>
        <w:pStyle w:val="Heading1"/>
      </w:pPr>
      <w:r>
        <w:t>Súhrn</w:t>
      </w:r>
    </w:p>
    <w:p>
      <w:r>
        <w:t>FDA vydala varovné listy 30 telehealth spoločnostiam za falošné alebo zavádzajúce tvrdenia o zložených produktoch GLP-1[1][2]. Primárne porušenia zahŕňali tvrdenia naznačujúce rovnocennosť s FDA-schválenými liekmi ako Novo Nordiskov Wegovy a skrývanie zdroja produktov marketingom pod vlastnou značkou bez jasného uvedenia, kto ich zložil[2][3]. Toto je druhá vlna varovných listov za šesť mesiacov, ktorá nasleduje septembrový zákrok na zastavenie zavádzajúcej priamej reklamy spotrebiteľom[2][3]. FDA v posledných šiestich mesiacoch vydala tisíce listov varujúcich farmaceutické a telehealth firmy na odstránenie zavádzajúcich reklám, čo je viac ako za celú predchádzajúcu dekádu[2][3]. FDA upozornila, že zložené lieky nie sú FDA-schválené a agentúra nemôže overiť ich bezpečnosť, účinnosť alebo kvalitu pred ich uvedením na trh[3]. Spoločnosti nesmú tvrdiť, že nezaregistrované zložené produkty sú generické verzie alebo rovnaké ako FDA-schválené lieky, ani že sú klinicky preukázané[6].</w:t>
      </w:r>
    </w:p>
    <w:p/>
    <w:p>
      <w:pPr>
        <w:jc w:val="center"/>
      </w:pPr>
      <w:r>
        <w:t>Vygenerované: 12.03.2026 10:00:52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