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voľnej transplantácie muskulokutánnej chlopne vastus lateralis plus ultrazvukom sprostredkovaný transdermálny odvar Qianjin Weijing pre chronický empyém: prospektívna pozorovacia štúdia založená na preferenciách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Štúdia hodnotila účinnosť transplantácie muskulokutánneho laloku vastus lateralis (VLMCF) kombinovanej s ultrazvukom sprostredkovaným transdermálnym podaním odvaru Qianjin Weijing u pacientov s chronickým empyémom. V prospektívnej observačnej štúdii od júla 2023 do júna 2025 bolo zahrnutých 114 pacientov, pričom 57 dostalo kombinovanú terapiu a 57 len chirurgický zákrok. Po 2 týždňoch kombinovaná skupina vykázala významne väčšiu redukciu objemu dutiny (20,52 ± 4,45 ml oproti 24,40 ± 6,35 ml; upravený rozdiel -5 ml, p=0,005). Po 3 mesiacoch boli objemy dutín v oboch skupinách porovnateľné. Kombinovaná terapia viedla k významne nižším hladinám prokalcitonínu po 3 mesiacoch (upravený rozdiel -0,10, p=0,0005). Neboli zistené významné rozdiely v albumíne, hemoglobíne, CRP, WBC ani v kvalite života (SF-36) po korekcii. Autori uzatvárajú, že pridanie odvaru urýchľuje skoré vyliečenie dutiny a zlepšuje prokalcitonín, no na potvrdenie sú potrebné randomizované štúdie.</w:t>
      </w:r>
    </w:p>
    <w:p/>
    <w:p>
      <w:pPr>
        <w:jc w:val="center"/>
      </w:pPr>
      <w:r>
        <w:t>Vygenerované: 12.03.2026 07:47:07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