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a validácia prognostického modelu pre syndróm akútnej respiračnej tiesne u kriticky chorých pacientov s intraabdominálnou sepsou: multicentrická kohortová štúdia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Vedci vyvinuli a overili prognostický model na predpovedanie rizika syndrómu akútnej respiračnej tiesne (ARDS) u kriticky chorých pacientov s intraabdominálnou sepsou pomocou strojového učenia. Údaje získali z databáz MIMIC-IV a eICU-CRD a externú validáciu vykonali na pacientoch v First Affiliated Hospital of Xinjiang Medical University v rokoch 2016 až 2024. Model zahŕňa 14 prediktorov, ako mechanická ventilácia, vazoaktívne lieky, chronické pľúcne ochorenie, skóre SOFA, skóre GCS, vitálne funkcie a laboratórne hodnoty. Skladaný súborový model dosiahol AUC 0,811 vo vývojovej kohorte, 0,794 v internej validačnej kohorte a 0,756 v externej validačnej kohorte. Analýza SHAP ukázala, že mechanická ventilácia je najvplyvnejším prediktorom a skoré vazoaktívne lieky znižujú riziko ARDS. Model je stabilný, interpretovateľný a slúži na webovom kalkulátore na podporu klinických rozhodnutí.</w:t>
      </w:r>
    </w:p>
    <w:p/>
    <w:p>
      <w:pPr>
        <w:jc w:val="center"/>
      </w:pPr>
      <w:r>
        <w:t>Vygenerované: 12.03.2026 07:46:26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