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Účinok tolvaptánu na prognózu pacientov s rýchlo progresívnym autozomálnym dominantným polycystickým ochorením obličiek: prospektívna otvorená štúdia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Štúdia skúmala účinok tolvaptánu na pacientov s rýchlo progresívnym autozomálnym dominantným polycystickým ochorením obličiek (ADPKD) v Číne, kde bol liek v čase štúdie ešte neschválený napriek medzinárodným odporúčaniam. Do štúdie bolo zaradených 89 pacientov, z ktorých 80 % malo rodinný výskyt ADPKD, 40 % malo polycystickú chorobu pečene a 65,6 % malo hypertenziu. Najčastejšie používané denné dávky tolvaptánu boli 60 mg a 45 mg. Po šiestich mesiacoch liečby sa objem ľavej obličky zmenšil v priemere o 70,2 ml a po 12 mesiacoch o 47,84 ml; objem pravej obličky sa zmenšil o 42,69 ml po šiestich mesiacoch a o 8,57 ml po 12 mesiacoch. Funkcia obličiek meraná hodnotou eGFR zostala stabilná bez väčších znakov poškodenia pečene alebo obličiek. Tolvaptan bol u čínskych pacientov s rýchlo progresívnou ADPKD dobre tolerovaný a účinne spomalil rast objemu obličiek.</w:t>
      </w:r>
    </w:p>
    <w:p/>
    <w:p>
      <w:pPr>
        <w:jc w:val="center"/>
      </w:pPr>
      <w:r>
        <w:t>Vygenerované: 12.03.2026 07:01:29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