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Dysregulovaná metabolická homeostáza ako zjednocujúci mechanizmus smrti, ktorý je základom rôznych klinických prejavov COVID-19: poznatky z retrospektívnej analýzy sekvenčných krvných premenných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skúmala 173 pacientov s COVID-19, ktorí sa dostali do závažného stavu, a porovnávala tých, ktorí zomreli, s tými, ktorí sa zotavili. Významné rozdiely v krvných parametroch sa objavili iba v prvom týždni po zhoršení stavu: u pacientov, ktorí neprežili, došlo k rýchlemu zvýšeniu laktátdehydrogenázy a poklesu D-diméru. Autori na základe týchto nálezov predpokladajú, že mechanizmus smrti pri COVID-19 spočíva v náhlom zvýšení glykolýzy počas zhoršenia, ktoré je spôsobené nedostatkom kyslíka a poškodením mitochondrií vyvolaným vírusom. To vedie k narušeniu metabolickej rovnováhy v organizme a k poruchám zrážania krvi, čo má za následok smrť. Autori navrhujú, že včasná identifikácia pacientov s hroziacim zhoršením a rýchla intervencia s umelou ventiláciou a liečbou zameranou na zníženie glykolýzy by mohla znížiť úmrtnosť. Ďalšie experimentálne a klinické štúdie sú potrebné na overenie tejto hypotézy a na identifikáciu pacientov s vysokým rizikom.</w:t>
      </w:r>
    </w:p>
    <w:p/>
    <w:p>
      <w:pPr>
        <w:jc w:val="center"/>
      </w:pPr>
      <w:r>
        <w:t>Vygenerované: 12.03.2026 06:05:27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