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Aplikácia modelu objednávky a služieb v ošetrovateľskom výskume na základe mechanizmu prepojenia „dopyt – zdroj“.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preskúmala efekty modelu objednávky ošetrovateľského výskumu založeného na prepojení „dopyt – zdroj“ v manažmente klinického ošetrovateľského výskumu. Od mája do júna 2025 sa na modeli zúčastnili klinické sestry a postgraduálni študenti ošetrovateľstva, hodnotené dotazníkmi pred a po intervencii. Prijatých bolo 136 objednávok na výskum od sestier, 7 zamietnutých a 129 splnených, počas čoho vzniklo 36 prác a 25 výskumných projektov. U 126 sestier sa po účasti významne zlepšilo celkové skóre sebahodnotenia výskumnej kompetencie (priemerný rozdiel = −0,611, p &lt; 0,001), vrátane subškál identifikácie problému, prehľadu literatúry, dizajnu výskumu, výskumnej praxe a spracovania údajov. U 34 postgraduálnych študentov sa významne zlepšilo celkové skóre sebahodnotenia výskumnej kompetencie (priemerný rozdiel = −2,091, p = 0,003), najmä v prehľade literatúry, dizajne výskumu, výskumnej praxi a písaní rukopisu. Taktiež sa zvýšila sebaúčinnosť výskumu a organizačná klíma pre inovácie u študentov. Model zvyšuje výskumnú kapacitu a sebaúčinnosť sestier a podporuje výskumné prostredie.</w:t>
      </w:r>
    </w:p>
    <w:p/>
    <w:p>
      <w:pPr>
        <w:jc w:val="center"/>
      </w:pPr>
      <w:r>
        <w:t>Vygenerované: 12.03.2026 06:05:05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