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Oz nevynašiel boj proti podvodom v Medicare. On to mení?</w:t>
      </w:r>
    </w:p>
    <w:p>
      <w:r>
        <w:t>Zdroj: MedPage Today</w:t>
      </w:r>
    </w:p>
    <w:p>
      <w:r>
        <w:t>Publikované: Wed, 11 Mar 2026 13:27:39 -0400</w:t>
      </w:r>
    </w:p>
    <w:p/>
    <w:p>
      <w:pPr>
        <w:pStyle w:val="Heading1"/>
      </w:pPr>
      <w:r>
        <w:t>Súhrn</w:t>
      </w:r>
    </w:p>
    <w:p>
      <w:r>
        <w:t>Federálna vláda dlhé roky používala prístup „najprv zaplaťte, potom naháňajte“ pri podvodoch v Medicare a Medicaid. Teraz funguje „vojnová miestnosť“ na koordinovaný boj proti nim. Nedávno oznámili najväčšiu akciu proti zdravotníckym podvodom v histórii USA v hodnote 14,6 miliardy dolárov v nepravdivých nárokoch na Medicare. Obvinených je 324 obvinených, ktorí použili ukradnuté identity viac ako 1 milióna Američanov z všetkých 50 štátov. Podvody zahŕňali fakturáciu za nevyužité služby, ako liečbu závislostí, a medzinárodné pranie špinavých peňazí cez siete falošných vlastníkov. V jednom prípade dostal CEO spoločnosti DMERx 15-ročný trest väzenia a pokutu 452 miliónov dolárov za podvod 1 miliardy dolárov cez falošné lekárske predpisy. V Los Angeles identifikovali vyše 1000 potenciálne podvodných hospice centier, často len ako adresy na sifónovanie fondov. Dr. Oz ako administrátor CMS zavádza zmeny, vrátane moratória na zápis do Medicare pre určité zdravotnícke pomôcky.[1][6][2]</w:t>
      </w:r>
    </w:p>
    <w:p/>
    <w:p>
      <w:pPr>
        <w:jc w:val="center"/>
      </w:pPr>
      <w:r>
        <w:t>Vygenerované: 11.03.2026 20:00:47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