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variabilitou hemoglobínu a mortalitou u hemodialyzovaných pacientov: retrospektívna kohortová štúdia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vzťah medzi kolísaním hladín hemoglobínu a mortalitou u 652 pacientov na hemodialýze v čínskej nemocnici. Výskumníci analyzovali štyri parametre reprezentujúce variabilitu hemoglobínu: smerodajnú odchýlku, reziduálnu smerodajnú odchýlku, variačný koeficient a abnormálny pomer hemoglobínu. Výsledky jednofaktorovej analýzy preukázali štatisticky významné rozdiely medzi pacientmi, ktorí prežili, a tými, ktorí zomreli, najmä v priemernej hladine hemoglobínu, variačnom koeficiente a abnormálnom pomere hemoglobínu. Analýza kriviek ROC ukázala, že abnormálny pomer hemoglobínu mal najvyšší pomer rizika (HR = 2,30), nasledovaný variačným koeficientom hemoglobínu (HR = 2,12) a reziduálnou smerodajnou odchýlkou (HR = 1,88). Multivariabilná Coxova regresia potvrdila, že tieto tri parametre variability hemoglobínu sú nezávislými faktormi spojené s mortalitou u hemodialyzovaných pacientov. Výsledky ostali konzistentné aj v podskupine pacientov s najmenej desiatimi testami krvného obrazu.</w:t>
      </w:r>
    </w:p>
    <w:p/>
    <w:p>
      <w:pPr>
        <w:jc w:val="center"/>
      </w:pPr>
      <w:r>
        <w:t>Vygenerované: 11.03.2026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