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FDA schvaľuje leukovorín na zriedkavé poruchy bez údajov zo skúšania</w:t>
      </w:r>
    </w:p>
    <w:p>
      <w:r>
        <w:t>Zdroj: STAT News</w:t>
      </w:r>
    </w:p>
    <w:p>
      <w:r>
        <w:t>Publikované: Wed, 11 Mar 2026 14:16:55 +0000</w:t>
      </w:r>
    </w:p>
    <w:p/>
    <w:p>
      <w:pPr>
        <w:pStyle w:val="Heading1"/>
      </w:pPr>
      <w:r>
        <w:t>Súhrn</w:t>
      </w:r>
    </w:p>
    <w:p>
      <w:r>
        <w:t>Americká FDA schválila liek Wellcovorin (leukovorín vápenatý) od spoločnosti GSK ako prvú liečbu na cerebrálnu folátovú deficienciu (CFD-FOLR1) u dospelých a detských pacientov s potvrdenou patogénnou variantou v géne FOLR1.[1][2][4] Schválenie sa týka zriedkavého genetického neurologického ochorenia, ktoré postihuje menej ako 1 z 1 milióna ľudí v USA a je zdokumentované u 20 až 50 prípadov.[1][3] Pacienti trpia závažnými vývojovými oneskoreniami, poruchami pohybu, záchvatmi a inými neurologickými komplikáciami, ktoré môžu pripomínať autistické príznaky.[1][2][3] Rozhodnutie FDA vychádzalo z systematickej revízie publikovanej literatúry, kazuistík a mechanistických údajov, nie z klinických skúšok, kvôli extrémnej zriedkavosti ochorenia.[1][2][4] FDA komisár Marty Makary označil schválenie za významný míľnik pre pacientov bez doteraz schválenej liečby.[2] Schválenie sa obmedzilo výlučne na CFD-FOLR1 a nezahŕňa širšie použitie pri autizme.[1][3]</w:t>
      </w:r>
    </w:p>
    <w:p/>
    <w:p>
      <w:pPr>
        <w:jc w:val="center"/>
      </w:pPr>
      <w:r>
        <w:t>Vygenerované: 11.03.2026 16:00:35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