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Receptor 2 hydroxykarboxylovej kyseliny (GPR109A) a retinopatie: cesty a vyhliadky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Receptor GPR109A (HCAR2) je G-proteínom spojený receptor dôležitý pre zdravie očí, vyjadrený v bunkách pigmentového epitelu sietnice, endotelových bunkách a mikrogliách. Má úlohu v diabetickej retinopatii, hypertenznej retinopatii (HR) a retinopatii nedonosených (ROP), kde zápal, oxidačný stres a vaskulárna nestabilita poháňajú progresiu ochorenia. Aktivuje sa endogénnymi ligandmi ako niacín, β-hydroxybutyrát (BHB) a butyrát, alebo syntetickými agonisty ako monometylfumarát (MMF) a kyselina L-2-oxotiazolidín-4-karboxylová (OTC). Tieto látky sprostredkúvajú protizápalové, antioxidačné a bariérové ochranné účinky. Článok zdôrazňuje terapeutický potenciál zacielenia na GPR109A v ranom štádiu ochorení sietnice a neinvazívne liečebné stratégie. Diskutuje účinnosť a obmedzenia agonistov, vrátane skresleného agonizmu na zníženie vedľajších účinkov ako kožné sčervenanie. Predklinické údaje sú presvedčivé, no potrebné sú ďalšie štúdie na optimalizáciu podávania a klinické overenie. GPR109A predstavuje sľubnú cieľ pre preventívne terapie porúch sietnice ohrozujúcich zrak.</w:t>
      </w:r>
    </w:p>
    <w:p/>
    <w:p>
      <w:pPr>
        <w:jc w:val="center"/>
      </w:pPr>
      <w:r>
        <w:t>Vygenerované: 11.03.2026 15:00:53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