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Špičkový biotechnologický VC potichu pomohol vrátiť sa Epsteinovmu „veľkému priateľovi“.</w:t>
      </w:r>
    </w:p>
    <w:p>
      <w:r>
        <w:t>Zdroj: STAT News</w:t>
      </w:r>
    </w:p>
    <w:p>
      <w:r>
        <w:t>Publikované: Wed, 11 Mar 2026 08:30:00 +0000</w:t>
      </w:r>
    </w:p>
    <w:p/>
    <w:p>
      <w:pPr>
        <w:pStyle w:val="Heading1"/>
      </w:pPr>
      <w:r>
        <w:t>Súhrn</w:t>
      </w:r>
    </w:p>
    <w:p>
      <w:r>
        <w:t>Boris Nikolić je biotechnológiou zaoberajúci sa podnikateľ a bývalý vedecký poradca Billa Gatesa v oblasti globálneho zdravia. V roku 2019, dva dni pred smrťou, Jeffrey Epstein vo svojej oporuke uviedol Nikolića ako záložného vykonávateľa pozostalosti v hodnote približne 578 až 600 miliónov dolárov. Nikolić bol šokovaný svojou nomináciou, nebol o nej informovaný ani konzultovaný a odmietol ju vykonať. Jeho tím tvrdí, že s Epsteinom nemal žiadne obchodné väzby, hoci ich siete sa prekrývali cez spoločného známeho genetika Georgea Churcha z Harvardu. Nikolićov fond Biomatics Capital bol skorým investorom do Churchových firiem ako Editas Medicine a eGenesis. Primárnymi vykonávateľmi oporúky boli Darren K. Indyke a Richard D. Kahn, ktorí prisahali plniť povinnosti. Nikolić pôsobí ako spoluzakladateľ a riaditeľ Biomatics Capital a sedí v predstavenstvách viacerých biotech spoločností.</w:t>
      </w:r>
    </w:p>
    <w:p/>
    <w:p>
      <w:pPr>
        <w:jc w:val="center"/>
      </w:pPr>
      <w:r>
        <w:t>Vygenerované: 11.03.2026 10:00:59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