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Dream Team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Žiadny overiteľný obsah článku „Dream Team“ z New England Journal of Medicine, zväzok 394, číslo 11, nie je k dispozícii. Poskytnuté fragmenty z iných zdrojov (YouTube podcasty NEJM) neobsahujú fakty priamo z tohto článku. Bez relevantných informácií nie je možné vytvoriť súhrn.</w:t>
      </w:r>
    </w:p>
    <w:p/>
    <w:p>
      <w:pPr>
        <w:jc w:val="center"/>
      </w:pPr>
      <w:r>
        <w:t>Vygenerované: 12.03.2026 09:08:54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