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Ciele pre lieky proti poruchám užívania opiátov – ochrana, remisia a zotavenie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Autori A. Thomas McLellan a Nora D. Volkow navrhujú pre liečbu porúch užívania opiátov (OUD) trojstupňový kaskádový model na úrovni pacienta: ochrana, remisia a zotavenie[2]. Prvým cieľom je ochrana, ktorá sa začína ihneď po diagnóze podávaním liekov ako metadón alebo buprenorfín, aby sa zabránilo predávkovaniu a rizikám infekcií ako HIV spôsobeným injekčným užívaním drog[2]. Tieto lieky chránia život, stabilizujú pacienta a udržujú ho v programe liečby[2]. Druhým stupňom je remisia, teda významné a trvalé zníženie príznakov OUD vďaka dennému dávkovaniu liekov a psychosociálnej podpore rehabilitácie[2]. Tretím cieľom je zotavenie, kde sa pacienti neodporúča ukončovať liečbu pri nedostatočnom pokroku, ale namiesto toho ich odkázať na intenzívnejšie rezidenčné služby[2]. Autori zdôrazňujú, že detoxikácia s obmedzenou dobou nie je vhodným primárnym cieľom, pretože nie je možné úplne zvrátiť účinky opiátov na mozog[2]. Článok v New England Journal of Medicine tak pripomína, že OUD treba liečiť ako medicínsky stav, nie ako charakterovú chybu[2].</w:t>
      </w:r>
    </w:p>
    <w:p/>
    <w:p>
      <w:pPr>
        <w:jc w:val="center"/>
      </w:pPr>
      <w:r>
        <w:t>Vygenerované: 12.03.2026 09:07:07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