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Štúdia ERSPC je multicentrická randomizovaná štúdia uskutočnená v ôsmich európskych krajinách na 162 236 mužoch vo veku 55 až 69 rokov pri randomizácii.[1] Účastníci boli náhodne priradení do skríningovej skupiny s opakovaným testovaním PSA alebo do kontrolnej skupiny bez skríningu, pričom primárnym výsledkom bola mortalita na rakovinu prostaty.[1] Po mediánovom sledovaní 23 rokov bola mortalita na rakovinu prostaty v skríningovej skupine o 13 % nižšia (rate ratio 0,87; 95 % CI 0,80 až 0,95) s absolútnym poklesom rizika 0,22 % (95 % CI 0,10 až 0,34).[1] Kumulatívna incidencia rakoviny prostaty bola v skríningovej skupine vyššia (rate ratio 1,30; 95 % CI 1,26 až 1,33).[1] Na zabránenie jedného úmrtia na rakovinu prostaty bolo potrebné pozvať 456 mužov na skríning (95 % CI 306 až 943) a diagnostikovať 12 mužov s rakovinou prostaty (95 % CI 8 až 26), čo je zlepšenie oproti 16-ročnému sledovaniu (628 mužov a 18 diagnostík).[1] Dlhodobé sledovanie potvrdzuje trvalé zníženie úmrtí na rakovinu prostaty testovaním PSA s lepším pomerom prospech-škoda.[1]</w:t>
      </w:r>
    </w:p>
    <w:p/>
    <w:p>
      <w:pPr>
        <w:jc w:val="center"/>
      </w:pPr>
      <w:r>
        <w:t>Vygenerované: 12.03.2026 09:06:53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