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Pegcetacoplan pri glomerulopatii C3 a imunitnom komplexe MPGN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Štúdia VALIANT bola dvojito zaslepená, placebom kontrolovaná klinická skúšba fázy 3, ktorá skúmala účinnosť a bezpečnosť pegcetacoplanu, inhibítora C3 a C3b, u adolescentov a dospelých s glomerulopatiou C3 alebo primárnou imunitnou komplexovou membranoproliferatívnou glomerulonefritídou (MPGN), vrátane pacientov s natívnou obličkou aj po transplantácii.[2] Pacienti boli náhodne priradení v pomere 1:1 k pegcetacoplanu alebo placebu.[2] Primárnym cieľovým parametrom bol logaritmicky transformovaný pomer močového proteínu ku kreatinínu v 26. týždni oproti východiskovému stavu.[2] Pegcetacoplan dosiahol štatisticky významné zníženie proteinúrie o 68 % (95 % CI, 57,3 až 76,2; p &lt; 0,0001) v porovnaní s placebom.[2][3] Úprava aktivity v histologickom indexe glomerulopatie C3 sa medzi skupinami významne nelíšila u 69 pacientov s hodnotiteľnými biopsiami obličky.[2] Pegcetacoplan nezvýšil výskyt nežiaducich udalostí oproti placebu, nedošlo k závažným infekciám kapsulovanými baktériami ani k odmietnutiu alebo strate štěpu; jeden pacient na pegcetacoplane zomrel na pneumóniu z koronavírusu.[2]</w:t>
      </w:r>
    </w:p>
    <w:p/>
    <w:p>
      <w:pPr>
        <w:jc w:val="center"/>
      </w:pPr>
      <w:r>
        <w:t>Vygenerované: 12.03.2026 09:06:13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