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nutričnej intervencie na prognózu pacientov s PCOS s rôznymi BMI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retrospektívne analyzovala 360 pacientiek s PCOS, aby zhodnotila vplyv BMI na výsledky nutričnej intervencie. Po liečbe sa výrazne zlepšila miera ovulácie, HOMA-IR, LDL, HDL a FPG vo všetkých skupinách BMI, pričom obézna skupina mala najväčšie zníženie BMI (-5,8). Vyššie BMI (OR = 1,089) a vyšší HDL (OR = 1,010) boli spojené s lepšími výsledkami. Horšie výsledky sprevádzali vyšší vek (OR = 0,993), dlhšie trvanie symptómov (OR = 0,982), rodinná anamnéza PCOS (OR = 0,745), zväčšenie vaječníkov (OR = 0,887) a vyšší počet ovariálnych cýst (OR = 0,882). Interakčná analýza ukázala, že vek zmierňuje pozitívny efekt BMI (OR = 0,992) a zväčšenie vaječníkov ho ďalej znižuje (OR = 0,759). Obézni pacienti mali najväčší prospech z intervencie, najmä mladšie pacientky s menším zväčšením vaječníkov. Zistenia podporujú personalizované výživové stratégie pri liečbe PCOS.</w:t>
      </w:r>
    </w:p>
    <w:p/>
    <w:p>
      <w:pPr>
        <w:jc w:val="center"/>
      </w:pPr>
      <w:r>
        <w:t>Vygenerované: 11.03.2026 07:45:52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