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Zriedkavá prezentácia pľúcnej tuberkulózy s rozsiahlymi zákalovými zákalmi u imunokompetentného pacienta: lekcie z metagenomického sekvenovania novej generácie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Pľúcna tuberkulóza sa zvyčajne diagnostikuje pomocou mikroskopie a kultivácie výteru zo spúta, no diagnóza je náročná u pacientov s atypickými nálezmi na zobrazení a negatívnymi konvenčnými testami. Článok opisuje prípad 53-ročnej imunokompetentnej ženy s rozsiahlymi obojstrannými zákalovými opacitami bez klasických symptómov tuberkulózy. Bežné mikrobiologické kultúry, testy na acidorezistentné baktérie a sérologické testy boli všetky negatívne. Diagnóza bola stanovená pomocou metagenomického sekvenovania novej generácie (mNGS) tekutiny z bronchoalveolárnej laváže, ktoré identifikovalo Mycobacterium tuberculosis a bolo potvrdené pozitívnym testom T-bodu TBC. Štandardná antituberkulózna liečba viedla k úplnému zmiznutiu zákalov počas deviatich mesiacov. Prípad zdôrazňuje dôležitosť mNGS ako pomocného diagnostického nástroja v prípadoch, keď konvenčné metódy zlyhajú, čo umožňuje včasnú diagnózu a zlepšenie výsledkov liečby.</w:t>
      </w:r>
    </w:p>
    <w:p/>
    <w:p>
      <w:pPr>
        <w:jc w:val="center"/>
      </w:pPr>
      <w:r>
        <w:t>Vygenerované: 11.03.2026 07:03:19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