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Trombocytopénia spojená s piperacilínom a tazobaktámom s negatívnym testovaním protidoštičkových protilátok: kazuistika a prehľad literatúry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Piperacilín-tazobaktám je široko používané antibiotikum, pri ktorom môže vzniknúť zriedkavá, no klinicky významná trombocytopénia. Článok popisuje prípad 57-ročnej ženy s ťažkou traumou a pľúcnou infekciou, u ktorej sa po začatí liečby piperacilínom-tazobaktámom vyvinula náhla ťažká trombocytopénia. Po vysadení lieku sa počet krvných doštičiek rýchlo obnovil, parametre koagulácie nevylučovali DIC a HIT bola nepravdepodobná (skóre 4Ts ≤3). Skóre Naranjo 5 indikovalo pravdepodobnú nežiaducu reakciu na liek, testovanie protidoštičkových protilátok prietokovou cytometriou bolo negatívne. Prehľad literatúry identifikoval 23 prípadov, kde bola trombocytopénia považovaná za imunitne sprostredkovanú, vrátane tých s negatívnymi testami na protilátky. Negatívne testovanie protidoštičkových protilátok tak nevylučuje diagnózu liekmi indukovanej imunitnej trombocytopénie (DIIT) spojenú s týmto antibiotikom. Pri podozrení na DIIT u kriticky chorých pacientov je potrebný štruktúrovaný diagnostický prístup a dôkladné monitorovanie krvných doštičiek, pričom klinické hodnotenie a dočasná asociácia sú kľúčové.</w:t>
      </w:r>
    </w:p>
    <w:p/>
    <w:p>
      <w:pPr>
        <w:jc w:val="center"/>
      </w:pPr>
      <w:r>
        <w:t>Vygenerované: 11.03.2026 07:01:14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