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How would Mari Kondo design a protocol? In favor of subtractive change in clinical trials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Článok navrhuje aplikáciu metódy Marie Kondo na návrh protokolov klinických skúšok s dôrazom na subtraktívne zmeny, teda odstraňovanie zbytočných prvkov. Autorka Rachel Bender Ignacio argumentuje, že protokoly klinických skúšok sú často preplnené nepotrebnými postupmi, čo zvyšuje náklady a komplikuje výskum. Poukazuje na princíp „žiarí to radosťou?“, ktorý by sa mal aplikovať na každý prvok protokolu, aby zostali len tie nevyhnutné pre vedeckú integritu a bezpečnosť pacientov. Subtraktívne zmeny by mohli znížiť administratívnu záťaž a zlepšiť efektivitu skúšok bez straty kvality dát. Príklady zahŕňajú odstránenie zbytočných meraní alebo procedúr, ktoré neprispievajú k hlavným cieľom. Tento prístup je inšpirovaný upratovacou filozofiou Kondo, prispôsobenou na klinický výskum.</w:t>
      </w:r>
    </w:p>
    <w:p/>
    <w:p>
      <w:pPr>
        <w:jc w:val="center"/>
      </w:pPr>
      <w:r>
        <w:t>Vygenerované: 11.03.2026 07:00:44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